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7A5A3" w14:textId="73CBB146" w:rsidR="00DF1AF7" w:rsidRDefault="00CA5731">
      <w:pPr>
        <w:jc w:val="center"/>
        <w:rPr>
          <w:b/>
          <w:sz w:val="44"/>
          <w:szCs w:val="44"/>
          <w:lang w:val="es-ES"/>
        </w:rPr>
      </w:pPr>
      <w:r w:rsidRPr="0081757A">
        <w:rPr>
          <w:b/>
          <w:sz w:val="44"/>
          <w:szCs w:val="44"/>
          <w:lang w:val="es-ES"/>
        </w:rPr>
        <w:t>ACTA DE ENTREGA</w:t>
      </w:r>
      <w:r w:rsidR="00451324">
        <w:rPr>
          <w:b/>
          <w:sz w:val="44"/>
          <w:szCs w:val="44"/>
          <w:lang w:val="es-ES"/>
        </w:rPr>
        <w:t xml:space="preserve"> DE MAQUINARIA</w:t>
      </w:r>
    </w:p>
    <w:p w14:paraId="1B5042B3" w14:textId="77777777" w:rsidR="0081757A" w:rsidRDefault="0081757A" w:rsidP="00734D33">
      <w:pPr>
        <w:jc w:val="both"/>
        <w:rPr>
          <w:lang w:val="es-ES"/>
        </w:rPr>
      </w:pPr>
    </w:p>
    <w:p w14:paraId="098CDF95" w14:textId="6775E907" w:rsidR="008579F2" w:rsidRPr="008579F2" w:rsidRDefault="008579F2" w:rsidP="008579F2">
      <w:pPr>
        <w:jc w:val="both"/>
        <w:rPr>
          <w:lang w:val="es-ES"/>
        </w:rPr>
      </w:pPr>
      <w:r w:rsidRPr="008579F2">
        <w:rPr>
          <w:lang w:val="es-ES"/>
        </w:rPr>
        <w:t xml:space="preserve">En la ciudad de ______________________, </w:t>
      </w:r>
      <w:r>
        <w:rPr>
          <w:lang w:val="es-ES"/>
        </w:rPr>
        <w:t>el día</w:t>
      </w:r>
      <w:r w:rsidRPr="008579F2">
        <w:rPr>
          <w:lang w:val="es-ES"/>
        </w:rPr>
        <w:t xml:space="preserve"> _____ del mes de __________________ del año ________, siendo las ______ horas, en las instalaciones de ______________________________________, se procede a la entrega de la maquinaria que se detalla a continuación.</w:t>
      </w:r>
    </w:p>
    <w:p w14:paraId="295142EC" w14:textId="77777777" w:rsidR="005F6DE3" w:rsidRDefault="005F6DE3" w:rsidP="00734D33">
      <w:pPr>
        <w:jc w:val="both"/>
        <w:rPr>
          <w:lang w:val="es-ES"/>
        </w:rPr>
      </w:pPr>
      <w:r w:rsidRPr="005F6DE3">
        <w:rPr>
          <w:lang w:val="es-ES"/>
        </w:rPr>
        <w:t xml:space="preserve">La presente entrega se realiza en el estado (nuevo / usado / reparado / revisado / otro: ______________________), según se indica por la parte </w:t>
      </w:r>
      <w:proofErr w:type="spellStart"/>
      <w:r w:rsidRPr="005F6DE3">
        <w:rPr>
          <w:lang w:val="es-ES"/>
        </w:rPr>
        <w:t>entregante</w:t>
      </w:r>
      <w:proofErr w:type="spellEnd"/>
      <w:r w:rsidRPr="005F6DE3">
        <w:rPr>
          <w:lang w:val="es-ES"/>
        </w:rPr>
        <w:t>.</w:t>
      </w:r>
    </w:p>
    <w:p w14:paraId="169A6158" w14:textId="2D811E78" w:rsidR="00DF1AF7" w:rsidRDefault="00CA5731" w:rsidP="00734D33">
      <w:pPr>
        <w:jc w:val="both"/>
        <w:rPr>
          <w:lang w:val="es-ES"/>
        </w:rPr>
      </w:pPr>
      <w:r w:rsidRPr="00734D33">
        <w:rPr>
          <w:lang w:val="es-ES"/>
        </w:rPr>
        <w:br/>
      </w:r>
      <w:r w:rsidRPr="0081757A">
        <w:rPr>
          <w:lang w:val="es-ES"/>
        </w:rPr>
        <w:t>Se detallan a continuación las siguientes características técnicas:</w:t>
      </w:r>
    </w:p>
    <w:tbl>
      <w:tblPr>
        <w:tblStyle w:val="Tablaconcuadrcula"/>
        <w:tblW w:w="8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1559"/>
        <w:gridCol w:w="2552"/>
        <w:gridCol w:w="1539"/>
      </w:tblGrid>
      <w:tr w:rsidR="005D2803" w14:paraId="1452B762" w14:textId="77777777" w:rsidTr="00056CE1">
        <w:trPr>
          <w:trHeight w:val="405"/>
        </w:trPr>
        <w:tc>
          <w:tcPr>
            <w:tcW w:w="2518" w:type="dxa"/>
            <w:vAlign w:val="center"/>
          </w:tcPr>
          <w:p w14:paraId="3B951BA6" w14:textId="3C642948" w:rsidR="005D2803" w:rsidRDefault="005D2803" w:rsidP="005D2803">
            <w:pPr>
              <w:pStyle w:val="Prrafodelista"/>
              <w:numPr>
                <w:ilvl w:val="0"/>
                <w:numId w:val="11"/>
              </w:numPr>
            </w:pPr>
            <w:r>
              <w:t>Clase</w:t>
            </w:r>
          </w:p>
        </w:tc>
        <w:tc>
          <w:tcPr>
            <w:tcW w:w="1559" w:type="dxa"/>
            <w:vAlign w:val="center"/>
          </w:tcPr>
          <w:p w14:paraId="02C189EF" w14:textId="52440AF1" w:rsidR="005D2803" w:rsidRDefault="005D2803" w:rsidP="005D2803">
            <w:r>
              <w:t>: _____________</w:t>
            </w:r>
          </w:p>
        </w:tc>
        <w:tc>
          <w:tcPr>
            <w:tcW w:w="2552" w:type="dxa"/>
            <w:vAlign w:val="center"/>
          </w:tcPr>
          <w:p w14:paraId="05570329" w14:textId="7447A091" w:rsidR="005D2803" w:rsidRDefault="005D2803" w:rsidP="005D2803">
            <w:pPr>
              <w:pStyle w:val="Prrafodelista"/>
              <w:numPr>
                <w:ilvl w:val="0"/>
                <w:numId w:val="12"/>
              </w:numPr>
              <w:ind w:left="322"/>
            </w:pPr>
            <w:r>
              <w:t>Año</w:t>
            </w:r>
          </w:p>
        </w:tc>
        <w:tc>
          <w:tcPr>
            <w:tcW w:w="1539" w:type="dxa"/>
            <w:vAlign w:val="center"/>
          </w:tcPr>
          <w:p w14:paraId="7F5EB49C" w14:textId="66D8D9DE" w:rsidR="005D2803" w:rsidRDefault="005D2803" w:rsidP="005D2803">
            <w:r>
              <w:t>: _____________</w:t>
            </w:r>
          </w:p>
        </w:tc>
      </w:tr>
      <w:tr w:rsidR="005D2803" w14:paraId="7029FC87" w14:textId="77777777" w:rsidTr="00056CE1">
        <w:trPr>
          <w:trHeight w:val="410"/>
        </w:trPr>
        <w:tc>
          <w:tcPr>
            <w:tcW w:w="2518" w:type="dxa"/>
            <w:vAlign w:val="center"/>
          </w:tcPr>
          <w:p w14:paraId="4451E0DA" w14:textId="6D234CCE" w:rsidR="005D2803" w:rsidRDefault="005D2803" w:rsidP="005D2803">
            <w:pPr>
              <w:pStyle w:val="Prrafodelista"/>
              <w:numPr>
                <w:ilvl w:val="0"/>
                <w:numId w:val="11"/>
              </w:numPr>
            </w:pPr>
            <w:r>
              <w:t>Marca</w:t>
            </w:r>
          </w:p>
        </w:tc>
        <w:tc>
          <w:tcPr>
            <w:tcW w:w="1559" w:type="dxa"/>
            <w:vAlign w:val="center"/>
          </w:tcPr>
          <w:p w14:paraId="24752135" w14:textId="1764981E" w:rsidR="005D2803" w:rsidRDefault="005D2803" w:rsidP="005D2803">
            <w:r>
              <w:t>: _____________</w:t>
            </w:r>
          </w:p>
        </w:tc>
        <w:tc>
          <w:tcPr>
            <w:tcW w:w="2552" w:type="dxa"/>
            <w:vAlign w:val="center"/>
          </w:tcPr>
          <w:p w14:paraId="6288CCBB" w14:textId="7AE7C825" w:rsidR="005D2803" w:rsidRDefault="005D2803" w:rsidP="005D2803">
            <w:pPr>
              <w:pStyle w:val="Prrafodelista"/>
              <w:numPr>
                <w:ilvl w:val="0"/>
                <w:numId w:val="12"/>
              </w:numPr>
              <w:ind w:left="322"/>
            </w:pPr>
            <w:r>
              <w:t>Nº de horas</w:t>
            </w:r>
          </w:p>
        </w:tc>
        <w:tc>
          <w:tcPr>
            <w:tcW w:w="1539" w:type="dxa"/>
            <w:vAlign w:val="center"/>
          </w:tcPr>
          <w:p w14:paraId="34699E8C" w14:textId="282B144F" w:rsidR="005D2803" w:rsidRDefault="005D2803" w:rsidP="005D2803">
            <w:r>
              <w:t>: _____________</w:t>
            </w:r>
          </w:p>
        </w:tc>
      </w:tr>
      <w:tr w:rsidR="005D2803" w14:paraId="66DDFC24" w14:textId="77777777" w:rsidTr="00056CE1">
        <w:trPr>
          <w:trHeight w:val="417"/>
        </w:trPr>
        <w:tc>
          <w:tcPr>
            <w:tcW w:w="2518" w:type="dxa"/>
            <w:vAlign w:val="center"/>
          </w:tcPr>
          <w:p w14:paraId="61521EA2" w14:textId="6F2EC615" w:rsidR="005D2803" w:rsidRDefault="005D2803" w:rsidP="005D2803">
            <w:pPr>
              <w:pStyle w:val="Prrafodelista"/>
              <w:numPr>
                <w:ilvl w:val="0"/>
                <w:numId w:val="11"/>
              </w:numPr>
            </w:pPr>
            <w:proofErr w:type="spellStart"/>
            <w:r>
              <w:t>Modelo</w:t>
            </w:r>
            <w:proofErr w:type="spellEnd"/>
          </w:p>
        </w:tc>
        <w:tc>
          <w:tcPr>
            <w:tcW w:w="1559" w:type="dxa"/>
            <w:vAlign w:val="center"/>
          </w:tcPr>
          <w:p w14:paraId="0B830BAF" w14:textId="092C8534" w:rsidR="005D2803" w:rsidRDefault="005D2803" w:rsidP="005D2803">
            <w:r>
              <w:t>: _____________</w:t>
            </w:r>
          </w:p>
        </w:tc>
        <w:tc>
          <w:tcPr>
            <w:tcW w:w="2552" w:type="dxa"/>
            <w:vAlign w:val="center"/>
          </w:tcPr>
          <w:p w14:paraId="0C866ECE" w14:textId="266C0D8A" w:rsidR="005D2803" w:rsidRDefault="005D2803" w:rsidP="005D2803">
            <w:pPr>
              <w:pStyle w:val="Prrafodelista"/>
              <w:numPr>
                <w:ilvl w:val="0"/>
                <w:numId w:val="12"/>
              </w:numPr>
              <w:ind w:left="322"/>
            </w:pPr>
            <w:r>
              <w:t>Nº de Serie</w:t>
            </w:r>
          </w:p>
        </w:tc>
        <w:tc>
          <w:tcPr>
            <w:tcW w:w="1539" w:type="dxa"/>
            <w:vAlign w:val="center"/>
          </w:tcPr>
          <w:p w14:paraId="23FA2A9C" w14:textId="17B6DB71" w:rsidR="005D2803" w:rsidRDefault="005D2803" w:rsidP="005D2803">
            <w:r>
              <w:t>: _____________</w:t>
            </w:r>
          </w:p>
        </w:tc>
      </w:tr>
      <w:tr w:rsidR="005D2803" w14:paraId="389FC8EE" w14:textId="77777777" w:rsidTr="00056CE1">
        <w:trPr>
          <w:trHeight w:val="417"/>
        </w:trPr>
        <w:tc>
          <w:tcPr>
            <w:tcW w:w="2518" w:type="dxa"/>
            <w:vAlign w:val="center"/>
          </w:tcPr>
          <w:p w14:paraId="15C9C97F" w14:textId="0596E9BD" w:rsidR="005D2803" w:rsidRDefault="005D2803" w:rsidP="005D2803">
            <w:pPr>
              <w:pStyle w:val="Prrafodelista"/>
              <w:numPr>
                <w:ilvl w:val="0"/>
                <w:numId w:val="11"/>
              </w:numPr>
            </w:pPr>
            <w:proofErr w:type="spellStart"/>
            <w:r>
              <w:t>Matrícula</w:t>
            </w:r>
            <w:proofErr w:type="spellEnd"/>
          </w:p>
        </w:tc>
        <w:tc>
          <w:tcPr>
            <w:tcW w:w="1559" w:type="dxa"/>
            <w:vAlign w:val="center"/>
          </w:tcPr>
          <w:p w14:paraId="6EF6D9D3" w14:textId="0BFEC840" w:rsidR="005D2803" w:rsidRDefault="005D2803" w:rsidP="005D2803">
            <w:r>
              <w:t>: _____________</w:t>
            </w:r>
          </w:p>
        </w:tc>
        <w:tc>
          <w:tcPr>
            <w:tcW w:w="2552" w:type="dxa"/>
            <w:vAlign w:val="center"/>
          </w:tcPr>
          <w:p w14:paraId="49D9FD6C" w14:textId="5C77F08C" w:rsidR="005D2803" w:rsidRDefault="00056CE1" w:rsidP="005D2803">
            <w:pPr>
              <w:pStyle w:val="Prrafodelista"/>
              <w:numPr>
                <w:ilvl w:val="0"/>
                <w:numId w:val="12"/>
              </w:numPr>
              <w:ind w:left="322"/>
            </w:pPr>
            <w:r>
              <w:t>Motor</w:t>
            </w:r>
          </w:p>
        </w:tc>
        <w:tc>
          <w:tcPr>
            <w:tcW w:w="1539" w:type="dxa"/>
            <w:vAlign w:val="center"/>
          </w:tcPr>
          <w:p w14:paraId="487B29D8" w14:textId="5D0D2F21" w:rsidR="005D2803" w:rsidRDefault="005D2803" w:rsidP="005D2803">
            <w:r>
              <w:t>: _____________</w:t>
            </w:r>
          </w:p>
        </w:tc>
      </w:tr>
    </w:tbl>
    <w:p w14:paraId="4C5B4DF7" w14:textId="77777777" w:rsidR="00734D33" w:rsidRDefault="00CA5731">
      <w:pPr>
        <w:rPr>
          <w:lang w:val="es-ES"/>
        </w:rPr>
      </w:pPr>
      <w:r w:rsidRPr="00734D33">
        <w:rPr>
          <w:lang w:val="es-ES"/>
        </w:rPr>
        <w:br/>
      </w:r>
    </w:p>
    <w:p w14:paraId="5A1B3E59" w14:textId="77777777" w:rsidR="00056CE1" w:rsidRDefault="00056CE1">
      <w:pPr>
        <w:rPr>
          <w:lang w:val="es-ES"/>
        </w:rPr>
      </w:pPr>
    </w:p>
    <w:p w14:paraId="793055FE" w14:textId="77777777" w:rsidR="00056CE1" w:rsidRDefault="00056CE1">
      <w:pPr>
        <w:rPr>
          <w:lang w:val="es-ES"/>
        </w:rPr>
      </w:pPr>
    </w:p>
    <w:p w14:paraId="47BE4394" w14:textId="13A79F4E" w:rsidR="00734D33" w:rsidRDefault="008A32D2">
      <w:pPr>
        <w:rPr>
          <w:lang w:val="es-ES"/>
        </w:rPr>
      </w:pPr>
      <w:r w:rsidRPr="008A32D2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96DA25B" wp14:editId="66E5A80B">
                <wp:simplePos x="0" y="0"/>
                <wp:positionH relativeFrom="column">
                  <wp:posOffset>0</wp:posOffset>
                </wp:positionH>
                <wp:positionV relativeFrom="paragraph">
                  <wp:posOffset>259715</wp:posOffset>
                </wp:positionV>
                <wp:extent cx="5457825" cy="800100"/>
                <wp:effectExtent l="0" t="0" r="28575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800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58626" w14:textId="65FFD79D" w:rsidR="008A32D2" w:rsidRPr="008A32D2" w:rsidRDefault="008A32D2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6DA25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0.45pt;width:429.75pt;height:63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" filled="f">
                <v:textbox>
                  <w:txbxContent>
                    <w:p w14:paraId="77558626" w14:textId="65FFD79D" w:rsidR="008A32D2" w:rsidRPr="008A32D2" w:rsidRDefault="008A32D2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1AE3">
        <w:rPr>
          <w:lang w:val="es-ES"/>
        </w:rPr>
        <w:t>Observaciones:</w:t>
      </w:r>
    </w:p>
    <w:p w14:paraId="72D55113" w14:textId="310E7B94" w:rsidR="00734D33" w:rsidRDefault="00734D33">
      <w:pPr>
        <w:rPr>
          <w:lang w:val="es-ES"/>
        </w:rPr>
      </w:pPr>
    </w:p>
    <w:p w14:paraId="5AEE5E0C" w14:textId="77777777" w:rsidR="00734D33" w:rsidRDefault="00734D33">
      <w:pPr>
        <w:rPr>
          <w:lang w:val="es-ES"/>
        </w:rPr>
      </w:pPr>
    </w:p>
    <w:p w14:paraId="1E8D12B8" w14:textId="77777777" w:rsidR="00734D33" w:rsidRDefault="00734D33">
      <w:pPr>
        <w:rPr>
          <w:lang w:val="es-ES"/>
        </w:rPr>
      </w:pPr>
    </w:p>
    <w:p w14:paraId="7C920B82" w14:textId="6540A9BF" w:rsidR="00DF1AF7" w:rsidRPr="00734D33" w:rsidRDefault="00152D8F">
      <w:pPr>
        <w:rPr>
          <w:lang w:val="es-ES"/>
        </w:rPr>
      </w:pPr>
      <w:r w:rsidRPr="00152D8F">
        <w:rPr>
          <w:lang w:val="es-ES"/>
        </w:rPr>
        <w:t>Por la presente, ambas partes manifiestan su conformidad con la entrega y recepción de la maquinaria descrita, firmando la presente acta en señal de aceptación y conformidad.</w:t>
      </w:r>
      <w:r w:rsidR="00CA5731" w:rsidRPr="00734D33">
        <w:rPr>
          <w:lang w:val="es-ES"/>
        </w:rPr>
        <w:br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DF1AF7" w14:paraId="12E0616B" w14:textId="77777777" w:rsidTr="00595FCA">
        <w:trPr>
          <w:trHeight w:val="989"/>
        </w:trPr>
        <w:tc>
          <w:tcPr>
            <w:tcW w:w="4320" w:type="dxa"/>
          </w:tcPr>
          <w:p w14:paraId="09D06B26" w14:textId="0EE649BA" w:rsidR="00DF1AF7" w:rsidRDefault="00CA5731" w:rsidP="00CA5731">
            <w:pPr>
              <w:jc w:val="center"/>
            </w:pPr>
            <w:r w:rsidRPr="00CA5731">
              <w:rPr>
                <w:b/>
                <w:bCs/>
              </w:rPr>
              <w:t>ENTREGA</w:t>
            </w:r>
            <w:r>
              <w:br/>
              <w:t>Nombre: _________________________________</w:t>
            </w:r>
            <w:r>
              <w:br/>
              <w:t>Cargo: _________________________________</w:t>
            </w:r>
          </w:p>
        </w:tc>
        <w:tc>
          <w:tcPr>
            <w:tcW w:w="4320" w:type="dxa"/>
          </w:tcPr>
          <w:p w14:paraId="1BAB3A18" w14:textId="43C2608C" w:rsidR="00DF1AF7" w:rsidRDefault="00CA5731" w:rsidP="00CA5731">
            <w:pPr>
              <w:jc w:val="center"/>
            </w:pPr>
            <w:r w:rsidRPr="00CA5731">
              <w:rPr>
                <w:b/>
                <w:bCs/>
              </w:rPr>
              <w:t>RECIBE</w:t>
            </w:r>
            <w:r>
              <w:br/>
              <w:t>Nombre: ________________________________</w:t>
            </w:r>
            <w:r>
              <w:br/>
              <w:t>Cargo: _________________________________</w:t>
            </w:r>
          </w:p>
        </w:tc>
      </w:tr>
      <w:tr w:rsidR="00DF1AF7" w14:paraId="072D9B4D" w14:textId="77777777">
        <w:tc>
          <w:tcPr>
            <w:tcW w:w="4320" w:type="dxa"/>
          </w:tcPr>
          <w:p w14:paraId="45061046" w14:textId="77777777" w:rsidR="00DF1AF7" w:rsidRDefault="00CA5731">
            <w:r>
              <w:br/>
            </w:r>
            <w:r>
              <w:br/>
              <w:t>ENTREGA CONFORME</w:t>
            </w:r>
          </w:p>
        </w:tc>
        <w:tc>
          <w:tcPr>
            <w:tcW w:w="4320" w:type="dxa"/>
          </w:tcPr>
          <w:p w14:paraId="14AB356F" w14:textId="77777777" w:rsidR="00DF1AF7" w:rsidRDefault="00CA5731">
            <w:r>
              <w:br/>
            </w:r>
            <w:r>
              <w:br/>
              <w:t>RECIBE CONFORME</w:t>
            </w:r>
          </w:p>
        </w:tc>
      </w:tr>
    </w:tbl>
    <w:p w14:paraId="261E0DF3" w14:textId="77777777" w:rsidR="00CA5731" w:rsidRDefault="00CA5731" w:rsidP="00595FCA"/>
    <w:sectPr w:rsidR="00000000" w:rsidSect="00034616">
      <w:headerReference w:type="even" r:id="rId8"/>
      <w:headerReference w:type="default" r:id="rId9"/>
      <w:headerReference w:type="firs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BE0D5" w14:textId="77777777" w:rsidR="00595FCA" w:rsidRDefault="00595FCA" w:rsidP="00595FCA">
      <w:pPr>
        <w:spacing w:after="0" w:line="240" w:lineRule="auto"/>
      </w:pPr>
      <w:r>
        <w:separator/>
      </w:r>
    </w:p>
  </w:endnote>
  <w:endnote w:type="continuationSeparator" w:id="0">
    <w:p w14:paraId="1DCBB7F6" w14:textId="77777777" w:rsidR="00595FCA" w:rsidRDefault="00595FCA" w:rsidP="00595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209AA" w14:textId="77777777" w:rsidR="00595FCA" w:rsidRDefault="00595FCA" w:rsidP="00595FCA">
      <w:pPr>
        <w:spacing w:after="0" w:line="240" w:lineRule="auto"/>
      </w:pPr>
      <w:r>
        <w:separator/>
      </w:r>
    </w:p>
  </w:footnote>
  <w:footnote w:type="continuationSeparator" w:id="0">
    <w:p w14:paraId="46E3451D" w14:textId="77777777" w:rsidR="00595FCA" w:rsidRDefault="00595FCA" w:rsidP="00595F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42EB7" w14:textId="0DB224D4" w:rsidR="00595FCA" w:rsidRDefault="00595FCA">
    <w:pPr>
      <w:pStyle w:val="Encabezado"/>
    </w:pPr>
    <w:r>
      <w:rPr>
        <w:noProof/>
      </w:rPr>
      <w:pict w14:anchorId="063BA2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6in;height:6in;z-index:-251657216;mso-position-horizontal:center;mso-position-horizontal-relative:margin;mso-position-vertical:center;mso-position-vertical-relative:margin" o:allowincell="f">
          <v:imagedata r:id="rId1" o:title="Logo-sin-fondo-negr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DD1E1" w14:textId="38C28A54" w:rsidR="00595FCA" w:rsidRDefault="00595FCA">
    <w:pPr>
      <w:pStyle w:val="Encabezado"/>
    </w:pPr>
    <w:r>
      <w:rPr>
        <w:noProof/>
      </w:rPr>
      <w:pict w14:anchorId="1A41986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0;width:6in;height:6in;z-index:-251656192;mso-position-horizontal:center;mso-position-horizontal-relative:margin;mso-position-vertical:center;mso-position-vertical-relative:margin" o:allowincell="f">
          <v:imagedata r:id="rId1" o:title="Logo-sin-fondo-negr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25F18" w14:textId="7C37230F" w:rsidR="00595FCA" w:rsidRDefault="00595FCA">
    <w:pPr>
      <w:pStyle w:val="Encabezado"/>
    </w:pPr>
    <w:r>
      <w:rPr>
        <w:noProof/>
      </w:rPr>
      <w:pict w14:anchorId="6A4900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6in;height:6in;z-index:-251658240;mso-position-horizontal:center;mso-position-horizontal-relative:margin;mso-position-vertical:center;mso-position-vertical-relative:margin" o:allowincell="f">
          <v:imagedata r:id="rId1" o:title="Logo-sin-fondo-negr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076C52"/>
    <w:multiLevelType w:val="hybridMultilevel"/>
    <w:tmpl w:val="B058D75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A3814"/>
    <w:multiLevelType w:val="hybridMultilevel"/>
    <w:tmpl w:val="D0A8341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E06B15"/>
    <w:multiLevelType w:val="hybridMultilevel"/>
    <w:tmpl w:val="7AB03B8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672940">
    <w:abstractNumId w:val="8"/>
  </w:num>
  <w:num w:numId="2" w16cid:durableId="1638489379">
    <w:abstractNumId w:val="6"/>
  </w:num>
  <w:num w:numId="3" w16cid:durableId="850143625">
    <w:abstractNumId w:val="5"/>
  </w:num>
  <w:num w:numId="4" w16cid:durableId="1545753535">
    <w:abstractNumId w:val="4"/>
  </w:num>
  <w:num w:numId="5" w16cid:durableId="2080058069">
    <w:abstractNumId w:val="7"/>
  </w:num>
  <w:num w:numId="6" w16cid:durableId="532114755">
    <w:abstractNumId w:val="3"/>
  </w:num>
  <w:num w:numId="7" w16cid:durableId="2015648979">
    <w:abstractNumId w:val="2"/>
  </w:num>
  <w:num w:numId="8" w16cid:durableId="1442992267">
    <w:abstractNumId w:val="1"/>
  </w:num>
  <w:num w:numId="9" w16cid:durableId="1802649997">
    <w:abstractNumId w:val="0"/>
  </w:num>
  <w:num w:numId="10" w16cid:durableId="1523208410">
    <w:abstractNumId w:val="11"/>
  </w:num>
  <w:num w:numId="11" w16cid:durableId="510528341">
    <w:abstractNumId w:val="10"/>
  </w:num>
  <w:num w:numId="12" w16cid:durableId="129547755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4BC5"/>
    <w:rsid w:val="00034616"/>
    <w:rsid w:val="00056CE1"/>
    <w:rsid w:val="0006063C"/>
    <w:rsid w:val="0015074B"/>
    <w:rsid w:val="00152D8F"/>
    <w:rsid w:val="0029639D"/>
    <w:rsid w:val="00321AE3"/>
    <w:rsid w:val="00326F90"/>
    <w:rsid w:val="00451324"/>
    <w:rsid w:val="00595FCA"/>
    <w:rsid w:val="005D2803"/>
    <w:rsid w:val="005F6DE3"/>
    <w:rsid w:val="00734D33"/>
    <w:rsid w:val="0081757A"/>
    <w:rsid w:val="008579F2"/>
    <w:rsid w:val="008A32D2"/>
    <w:rsid w:val="009C0DBB"/>
    <w:rsid w:val="00AA1D8D"/>
    <w:rsid w:val="00B47730"/>
    <w:rsid w:val="00CA5731"/>
    <w:rsid w:val="00CB0664"/>
    <w:rsid w:val="00CB18BD"/>
    <w:rsid w:val="00DF1AF7"/>
    <w:rsid w:val="00E5139C"/>
    <w:rsid w:val="00E8361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24062061"/>
  <w14:defaultImageDpi w14:val="300"/>
  <w15:docId w15:val="{CA656C76-544B-4D46-AE65-282C9F24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0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Ortega - Q&amp;E Consulting</dc:creator>
  <cp:keywords/>
  <dc:description>generated by python-docx</dc:description>
  <cp:lastModifiedBy>Francisco Ortega García</cp:lastModifiedBy>
  <cp:revision>5</cp:revision>
  <dcterms:created xsi:type="dcterms:W3CDTF">2025-10-20T18:11:00Z</dcterms:created>
  <dcterms:modified xsi:type="dcterms:W3CDTF">2025-10-20T18:14:00Z</dcterms:modified>
  <cp:category/>
</cp:coreProperties>
</file>